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B953" w14:textId="77777777" w:rsidR="006E6E20" w:rsidRPr="00461AF8" w:rsidRDefault="00F374A8">
      <w:pPr>
        <w:spacing w:after="60" w:line="269" w:lineRule="auto"/>
        <w:jc w:val="center"/>
        <w:rPr>
          <w:sz w:val="28"/>
          <w:szCs w:val="28"/>
        </w:rPr>
      </w:pPr>
      <w:r w:rsidRPr="00461AF8">
        <w:rPr>
          <w:b/>
          <w:color w:val="174A7E"/>
          <w:sz w:val="28"/>
          <w:szCs w:val="28"/>
        </w:rPr>
        <w:t>BAŞVURU FORMU</w:t>
      </w:r>
    </w:p>
    <w:p w14:paraId="56F5A32E" w14:textId="77777777" w:rsidR="006E6E20" w:rsidRDefault="00F374A8">
      <w:pPr>
        <w:spacing w:after="140" w:line="269" w:lineRule="auto"/>
        <w:jc w:val="center"/>
      </w:pPr>
      <w:r>
        <w:rPr>
          <w:color w:val="505861"/>
          <w:sz w:val="19"/>
        </w:rPr>
        <w:t>7592 Sayılı Kanun ile 2547 Sayılı Kanuna eklenen Geçici 85. Maddeden yararlanmak isteyenler için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"/>
        <w:gridCol w:w="1701"/>
        <w:gridCol w:w="657"/>
        <w:gridCol w:w="2745"/>
        <w:gridCol w:w="1701"/>
        <w:gridCol w:w="3381"/>
        <w:gridCol w:w="25"/>
        <w:gridCol w:w="8"/>
      </w:tblGrid>
      <w:tr w:rsidR="006E6E20" w14:paraId="1FB8513D" w14:textId="77777777">
        <w:trPr>
          <w:gridAfter w:val="2"/>
          <w:wAfter w:w="28" w:type="dxa"/>
          <w:cantSplit/>
          <w:trHeight w:val="360"/>
          <w:jc w:val="center"/>
        </w:trPr>
        <w:tc>
          <w:tcPr>
            <w:tcW w:w="10205" w:type="dxa"/>
            <w:gridSpan w:val="6"/>
            <w:tcBorders>
              <w:top w:val="single" w:sz="4" w:space="0" w:color="174A7E"/>
              <w:left w:val="single" w:sz="4" w:space="0" w:color="174A7E"/>
              <w:bottom w:val="single" w:sz="4" w:space="0" w:color="174A7E"/>
              <w:right w:val="single" w:sz="4" w:space="0" w:color="174A7E"/>
            </w:tcBorders>
            <w:shd w:val="clear" w:color="auto" w:fill="174A7E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88209A2" w14:textId="77777777" w:rsidR="006E6E20" w:rsidRDefault="00F374A8">
            <w:pPr>
              <w:spacing w:before="20" w:after="20" w:line="264" w:lineRule="auto"/>
            </w:pPr>
            <w:r>
              <w:rPr>
                <w:b/>
                <w:color w:val="FFFFFF"/>
                <w:sz w:val="20"/>
              </w:rPr>
              <w:t>1  •  KİŞİSEL BİLGİLER</w:t>
            </w:r>
          </w:p>
        </w:tc>
      </w:tr>
      <w:tr w:rsidR="006E6E20" w14:paraId="4BE3DF77" w14:textId="77777777" w:rsidTr="00461AF8">
        <w:trPr>
          <w:gridBefore w:val="1"/>
          <w:gridAfter w:val="1"/>
          <w:wBefore w:w="15" w:type="dxa"/>
          <w:wAfter w:w="8" w:type="dxa"/>
          <w:cantSplit/>
          <w:trHeight w:val="360"/>
          <w:jc w:val="center"/>
        </w:trPr>
        <w:tc>
          <w:tcPr>
            <w:tcW w:w="2358" w:type="dxa"/>
            <w:gridSpan w:val="2"/>
            <w:tcBorders>
              <w:bottom w:val="single" w:sz="4" w:space="0" w:color="D8DEE4"/>
            </w:tcBorders>
            <w:shd w:val="clear" w:color="auto" w:fill="F3F5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BA825B3" w14:textId="77777777" w:rsidR="006E6E20" w:rsidRDefault="00F374A8">
            <w:pPr>
              <w:spacing w:after="50" w:line="264" w:lineRule="auto"/>
            </w:pPr>
            <w:proofErr w:type="spellStart"/>
            <w:r>
              <w:rPr>
                <w:b/>
                <w:color w:val="174A7E"/>
              </w:rPr>
              <w:t>Adı-Soyadı</w:t>
            </w:r>
            <w:proofErr w:type="spellEnd"/>
          </w:p>
        </w:tc>
        <w:tc>
          <w:tcPr>
            <w:tcW w:w="7852" w:type="dxa"/>
            <w:gridSpan w:val="4"/>
            <w:tcBorders>
              <w:bottom w:val="single" w:sz="4" w:space="0" w:color="D8DEE4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CBAF8B4" w14:textId="77777777" w:rsidR="006E6E20" w:rsidRDefault="00F374A8">
            <w:pPr>
              <w:spacing w:after="0" w:line="252" w:lineRule="auto"/>
            </w:pPr>
            <w:r>
              <w:rPr>
                <w:color w:val="8A929B"/>
              </w:rPr>
              <w:t xml:space="preserve"> </w:t>
            </w:r>
          </w:p>
        </w:tc>
      </w:tr>
      <w:tr w:rsidR="006E6E20" w14:paraId="013ABBEC" w14:textId="77777777" w:rsidTr="00461AF8">
        <w:trPr>
          <w:gridBefore w:val="1"/>
          <w:gridAfter w:val="1"/>
          <w:wBefore w:w="15" w:type="dxa"/>
          <w:wAfter w:w="8" w:type="dxa"/>
          <w:cantSplit/>
          <w:trHeight w:val="360"/>
          <w:jc w:val="center"/>
        </w:trPr>
        <w:tc>
          <w:tcPr>
            <w:tcW w:w="2358" w:type="dxa"/>
            <w:gridSpan w:val="2"/>
            <w:tcBorders>
              <w:bottom w:val="single" w:sz="4" w:space="0" w:color="D8DEE4"/>
            </w:tcBorders>
            <w:shd w:val="clear" w:color="auto" w:fill="F3F5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000BC6A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Soyadı Değişikliği Olmuş İse Önceki Soyadı</w:t>
            </w:r>
          </w:p>
        </w:tc>
        <w:tc>
          <w:tcPr>
            <w:tcW w:w="7852" w:type="dxa"/>
            <w:gridSpan w:val="4"/>
            <w:tcBorders>
              <w:bottom w:val="single" w:sz="4" w:space="0" w:color="D8DEE4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748DC5D" w14:textId="77777777" w:rsidR="006E6E20" w:rsidRDefault="00F374A8">
            <w:pPr>
              <w:spacing w:after="0" w:line="252" w:lineRule="auto"/>
            </w:pPr>
            <w:r>
              <w:rPr>
                <w:color w:val="8A929B"/>
              </w:rPr>
              <w:t xml:space="preserve"> </w:t>
            </w:r>
          </w:p>
        </w:tc>
      </w:tr>
      <w:tr w:rsidR="006E6E20" w14:paraId="44BE401B" w14:textId="77777777" w:rsidTr="00461AF8">
        <w:trPr>
          <w:gridBefore w:val="1"/>
          <w:gridAfter w:val="1"/>
          <w:wBefore w:w="15" w:type="dxa"/>
          <w:wAfter w:w="8" w:type="dxa"/>
          <w:cantSplit/>
          <w:trHeight w:val="360"/>
          <w:jc w:val="center"/>
        </w:trPr>
        <w:tc>
          <w:tcPr>
            <w:tcW w:w="2358" w:type="dxa"/>
            <w:gridSpan w:val="2"/>
            <w:tcBorders>
              <w:bottom w:val="single" w:sz="4" w:space="0" w:color="D8DEE4"/>
            </w:tcBorders>
            <w:shd w:val="clear" w:color="auto" w:fill="F3F5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5480FB8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T.C. Kimlik Numarası</w:t>
            </w:r>
          </w:p>
        </w:tc>
        <w:tc>
          <w:tcPr>
            <w:tcW w:w="7852" w:type="dxa"/>
            <w:gridSpan w:val="4"/>
            <w:tcBorders>
              <w:bottom w:val="single" w:sz="4" w:space="0" w:color="D8DEE4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88FEE84" w14:textId="77777777" w:rsidR="006E6E20" w:rsidRDefault="00F374A8">
            <w:pPr>
              <w:spacing w:after="0" w:line="252" w:lineRule="auto"/>
            </w:pPr>
            <w:r>
              <w:rPr>
                <w:color w:val="8A929B"/>
              </w:rPr>
              <w:t xml:space="preserve"> </w:t>
            </w:r>
          </w:p>
        </w:tc>
      </w:tr>
      <w:tr w:rsidR="006E6E20" w14:paraId="2D72418C" w14:textId="77777777" w:rsidTr="00461AF8">
        <w:trPr>
          <w:gridBefore w:val="1"/>
          <w:gridAfter w:val="1"/>
          <w:wBefore w:w="15" w:type="dxa"/>
          <w:wAfter w:w="8" w:type="dxa"/>
          <w:cantSplit/>
          <w:trHeight w:val="360"/>
          <w:jc w:val="center"/>
        </w:trPr>
        <w:tc>
          <w:tcPr>
            <w:tcW w:w="2358" w:type="dxa"/>
            <w:gridSpan w:val="2"/>
            <w:tcBorders>
              <w:bottom w:val="single" w:sz="4" w:space="0" w:color="D8DEE4"/>
            </w:tcBorders>
            <w:shd w:val="clear" w:color="auto" w:fill="F3F5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1AE12EA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Öğrenci Numarası</w:t>
            </w:r>
          </w:p>
        </w:tc>
        <w:tc>
          <w:tcPr>
            <w:tcW w:w="7852" w:type="dxa"/>
            <w:gridSpan w:val="4"/>
            <w:tcBorders>
              <w:bottom w:val="single" w:sz="4" w:space="0" w:color="D8DEE4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E18834F" w14:textId="77777777" w:rsidR="006E6E20" w:rsidRDefault="00F374A8">
            <w:pPr>
              <w:spacing w:after="0" w:line="252" w:lineRule="auto"/>
            </w:pPr>
            <w:r>
              <w:rPr>
                <w:color w:val="8A929B"/>
              </w:rPr>
              <w:t xml:space="preserve"> </w:t>
            </w:r>
          </w:p>
        </w:tc>
      </w:tr>
      <w:tr w:rsidR="006E6E20" w14:paraId="68316112" w14:textId="77777777" w:rsidTr="00461AF8">
        <w:trPr>
          <w:gridBefore w:val="1"/>
          <w:gridAfter w:val="1"/>
          <w:wBefore w:w="15" w:type="dxa"/>
          <w:wAfter w:w="8" w:type="dxa"/>
          <w:cantSplit/>
          <w:trHeight w:val="360"/>
          <w:jc w:val="center"/>
        </w:trPr>
        <w:tc>
          <w:tcPr>
            <w:tcW w:w="2358" w:type="dxa"/>
            <w:gridSpan w:val="2"/>
            <w:tcBorders>
              <w:bottom w:val="single" w:sz="4" w:space="0" w:color="D8DEE4"/>
            </w:tcBorders>
            <w:shd w:val="clear" w:color="auto" w:fill="F3F5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3495527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 xml:space="preserve">Yazışma </w:t>
            </w:r>
            <w:r>
              <w:rPr>
                <w:b/>
                <w:color w:val="174A7E"/>
              </w:rPr>
              <w:t>Adresi</w:t>
            </w:r>
          </w:p>
        </w:tc>
        <w:tc>
          <w:tcPr>
            <w:tcW w:w="7852" w:type="dxa"/>
            <w:gridSpan w:val="4"/>
            <w:tcBorders>
              <w:bottom w:val="single" w:sz="4" w:space="0" w:color="D8DEE4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F5482F8" w14:textId="77777777" w:rsidR="006E6E20" w:rsidRDefault="00F374A8">
            <w:pPr>
              <w:spacing w:after="0" w:line="252" w:lineRule="auto"/>
            </w:pPr>
            <w:r>
              <w:rPr>
                <w:color w:val="8A929B"/>
              </w:rPr>
              <w:t xml:space="preserve"> </w:t>
            </w:r>
          </w:p>
        </w:tc>
      </w:tr>
      <w:tr w:rsidR="006E6E20" w14:paraId="67386263" w14:textId="77777777" w:rsidTr="00461AF8">
        <w:trPr>
          <w:gridBefore w:val="1"/>
          <w:wBefore w:w="20" w:type="dxa"/>
          <w:cantSplit/>
          <w:trHeight w:val="360"/>
          <w:jc w:val="center"/>
        </w:trPr>
        <w:tc>
          <w:tcPr>
            <w:tcW w:w="1701" w:type="dxa"/>
            <w:tcBorders>
              <w:bottom w:val="single" w:sz="4" w:space="0" w:color="D8DEE4"/>
            </w:tcBorders>
            <w:shd w:val="clear" w:color="auto" w:fill="F3F5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965EED8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Sabit Telefon</w:t>
            </w:r>
          </w:p>
        </w:tc>
        <w:tc>
          <w:tcPr>
            <w:tcW w:w="3402" w:type="dxa"/>
            <w:gridSpan w:val="2"/>
            <w:tcBorders>
              <w:bottom w:val="single" w:sz="4" w:space="0" w:color="D8DEE4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6889F3F" w14:textId="77777777" w:rsidR="006E6E20" w:rsidRDefault="006E6E20">
            <w:pPr>
              <w:spacing w:after="0" w:line="252" w:lineRule="auto"/>
            </w:pPr>
          </w:p>
        </w:tc>
        <w:tc>
          <w:tcPr>
            <w:tcW w:w="1701" w:type="dxa"/>
            <w:tcBorders>
              <w:bottom w:val="single" w:sz="4" w:space="0" w:color="D8DEE4"/>
            </w:tcBorders>
            <w:shd w:val="clear" w:color="auto" w:fill="F3F5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252185E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Mobil Telefon</w:t>
            </w:r>
          </w:p>
        </w:tc>
        <w:tc>
          <w:tcPr>
            <w:tcW w:w="3409" w:type="dxa"/>
            <w:gridSpan w:val="3"/>
            <w:tcBorders>
              <w:bottom w:val="single" w:sz="4" w:space="0" w:color="D8DEE4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27D97E1" w14:textId="77777777" w:rsidR="006E6E20" w:rsidRDefault="006E6E20">
            <w:pPr>
              <w:spacing w:after="0" w:line="252" w:lineRule="auto"/>
            </w:pPr>
          </w:p>
        </w:tc>
      </w:tr>
      <w:tr w:rsidR="006E6E20" w14:paraId="5024F536" w14:textId="77777777" w:rsidTr="00461AF8">
        <w:trPr>
          <w:gridBefore w:val="1"/>
          <w:wBefore w:w="20" w:type="dxa"/>
          <w:cantSplit/>
          <w:trHeight w:val="360"/>
          <w:jc w:val="center"/>
        </w:trPr>
        <w:tc>
          <w:tcPr>
            <w:tcW w:w="1701" w:type="dxa"/>
            <w:tcBorders>
              <w:bottom w:val="single" w:sz="4" w:space="0" w:color="D8DEE4"/>
            </w:tcBorders>
            <w:shd w:val="clear" w:color="auto" w:fill="F3F5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9234D06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E-posta</w:t>
            </w:r>
          </w:p>
        </w:tc>
        <w:tc>
          <w:tcPr>
            <w:tcW w:w="3402" w:type="dxa"/>
            <w:gridSpan w:val="2"/>
            <w:tcBorders>
              <w:bottom w:val="single" w:sz="4" w:space="0" w:color="D8DEE4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A4ECFF2" w14:textId="77777777" w:rsidR="006E6E20" w:rsidRDefault="006E6E20">
            <w:pPr>
              <w:spacing w:after="0" w:line="252" w:lineRule="auto"/>
            </w:pPr>
          </w:p>
        </w:tc>
        <w:tc>
          <w:tcPr>
            <w:tcW w:w="5110" w:type="dxa"/>
            <w:gridSpan w:val="4"/>
            <w:tcBorders>
              <w:bottom w:val="single" w:sz="4" w:space="0" w:color="D8DEE4"/>
            </w:tcBorders>
            <w:shd w:val="clear" w:color="auto" w:fill="F3F5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C8C5EFE" w14:textId="77777777" w:rsidR="006E6E20" w:rsidRDefault="00F374A8">
            <w:pPr>
              <w:spacing w:after="50" w:line="264" w:lineRule="auto"/>
            </w:pPr>
            <w:r>
              <w:t xml:space="preserve"> @ </w:t>
            </w:r>
          </w:p>
        </w:tc>
      </w:tr>
    </w:tbl>
    <w:p w14:paraId="34E008A3" w14:textId="77777777" w:rsidR="006E6E20" w:rsidRDefault="006E6E20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"/>
        <w:gridCol w:w="2353"/>
        <w:gridCol w:w="7837"/>
        <w:gridCol w:w="15"/>
      </w:tblGrid>
      <w:tr w:rsidR="006E6E20" w14:paraId="5F5FBB5F" w14:textId="77777777">
        <w:trPr>
          <w:gridAfter w:val="1"/>
          <w:wAfter w:w="15" w:type="dxa"/>
          <w:cantSplit/>
          <w:trHeight w:val="360"/>
          <w:jc w:val="center"/>
        </w:trPr>
        <w:tc>
          <w:tcPr>
            <w:tcW w:w="10205" w:type="dxa"/>
            <w:gridSpan w:val="3"/>
            <w:tcBorders>
              <w:top w:val="single" w:sz="4" w:space="0" w:color="174A7E"/>
              <w:left w:val="single" w:sz="4" w:space="0" w:color="174A7E"/>
              <w:bottom w:val="single" w:sz="4" w:space="0" w:color="174A7E"/>
              <w:right w:val="single" w:sz="4" w:space="0" w:color="174A7E"/>
            </w:tcBorders>
            <w:shd w:val="clear" w:color="auto" w:fill="174A7E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1B81DE6" w14:textId="77777777" w:rsidR="006E6E20" w:rsidRDefault="00F374A8">
            <w:pPr>
              <w:spacing w:before="20" w:after="20" w:line="264" w:lineRule="auto"/>
            </w:pPr>
            <w:r>
              <w:rPr>
                <w:b/>
                <w:color w:val="FFFFFF"/>
                <w:sz w:val="20"/>
              </w:rPr>
              <w:t>2  •  ADAYIN İLİŞİĞİ KESİLMEDEN ÖNCE KAYITLI OLDUĞU PROGRAMA İLİŞKİN BİLGİLER</w:t>
            </w:r>
          </w:p>
        </w:tc>
      </w:tr>
      <w:tr w:rsidR="006E6E20" w14:paraId="4D7AD343" w14:textId="77777777">
        <w:trPr>
          <w:gridBefore w:val="1"/>
          <w:wBefore w:w="15" w:type="dxa"/>
          <w:cantSplit/>
          <w:trHeight w:val="360"/>
          <w:jc w:val="center"/>
        </w:trPr>
        <w:tc>
          <w:tcPr>
            <w:tcW w:w="2353" w:type="dxa"/>
            <w:tcBorders>
              <w:bottom w:val="single" w:sz="4" w:space="0" w:color="D8DEE4"/>
            </w:tcBorders>
            <w:shd w:val="clear" w:color="auto" w:fill="F3F5F7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10CF5871" w14:textId="77777777" w:rsidR="006E6E20" w:rsidRDefault="00F374A8">
            <w:pPr>
              <w:spacing w:after="50" w:line="264" w:lineRule="auto"/>
            </w:pPr>
            <w:proofErr w:type="spellStart"/>
            <w:r>
              <w:rPr>
                <w:b/>
                <w:color w:val="174A7E"/>
              </w:rPr>
              <w:t>Enstitü</w:t>
            </w:r>
            <w:proofErr w:type="spellEnd"/>
          </w:p>
        </w:tc>
        <w:tc>
          <w:tcPr>
            <w:tcW w:w="7852" w:type="dxa"/>
            <w:gridSpan w:val="2"/>
            <w:tcBorders>
              <w:bottom w:val="single" w:sz="4" w:space="0" w:color="D8DEE4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7D80B3B3" w14:textId="77777777" w:rsidR="006E6E20" w:rsidRDefault="006E6E20">
            <w:pPr>
              <w:spacing w:after="0" w:line="252" w:lineRule="auto"/>
            </w:pPr>
          </w:p>
        </w:tc>
      </w:tr>
      <w:tr w:rsidR="006E6E20" w14:paraId="208647D4" w14:textId="77777777">
        <w:trPr>
          <w:gridBefore w:val="1"/>
          <w:wBefore w:w="15" w:type="dxa"/>
          <w:cantSplit/>
          <w:trHeight w:val="360"/>
          <w:jc w:val="center"/>
        </w:trPr>
        <w:tc>
          <w:tcPr>
            <w:tcW w:w="2353" w:type="dxa"/>
            <w:tcBorders>
              <w:bottom w:val="single" w:sz="4" w:space="0" w:color="D8DEE4"/>
            </w:tcBorders>
            <w:shd w:val="clear" w:color="auto" w:fill="F3F5F7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7C078747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Anabilim Dalı</w:t>
            </w:r>
          </w:p>
        </w:tc>
        <w:tc>
          <w:tcPr>
            <w:tcW w:w="7852" w:type="dxa"/>
            <w:gridSpan w:val="2"/>
            <w:tcBorders>
              <w:bottom w:val="single" w:sz="4" w:space="0" w:color="D8DEE4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47DDBC1C" w14:textId="77777777" w:rsidR="006E6E20" w:rsidRDefault="006E6E20">
            <w:pPr>
              <w:spacing w:after="0" w:line="252" w:lineRule="auto"/>
            </w:pPr>
          </w:p>
        </w:tc>
      </w:tr>
      <w:tr w:rsidR="006E6E20" w14:paraId="53A49FDC" w14:textId="77777777">
        <w:trPr>
          <w:gridBefore w:val="1"/>
          <w:wBefore w:w="15" w:type="dxa"/>
          <w:cantSplit/>
          <w:trHeight w:val="360"/>
          <w:jc w:val="center"/>
        </w:trPr>
        <w:tc>
          <w:tcPr>
            <w:tcW w:w="2353" w:type="dxa"/>
            <w:tcBorders>
              <w:bottom w:val="single" w:sz="4" w:space="0" w:color="D8DEE4"/>
            </w:tcBorders>
            <w:shd w:val="clear" w:color="auto" w:fill="F3F5F7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5A7E58B2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Program</w:t>
            </w:r>
          </w:p>
        </w:tc>
        <w:tc>
          <w:tcPr>
            <w:tcW w:w="7852" w:type="dxa"/>
            <w:gridSpan w:val="2"/>
            <w:tcBorders>
              <w:bottom w:val="single" w:sz="4" w:space="0" w:color="D8DEE4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3C1D85D9" w14:textId="77777777" w:rsidR="006E6E20" w:rsidRDefault="006E6E20">
            <w:pPr>
              <w:spacing w:after="0" w:line="252" w:lineRule="auto"/>
            </w:pPr>
          </w:p>
        </w:tc>
      </w:tr>
      <w:tr w:rsidR="006E6E20" w14:paraId="4480EF53" w14:textId="77777777">
        <w:trPr>
          <w:gridBefore w:val="1"/>
          <w:wBefore w:w="15" w:type="dxa"/>
          <w:cantSplit/>
          <w:trHeight w:val="360"/>
          <w:jc w:val="center"/>
        </w:trPr>
        <w:tc>
          <w:tcPr>
            <w:tcW w:w="2353" w:type="dxa"/>
            <w:tcBorders>
              <w:bottom w:val="single" w:sz="4" w:space="0" w:color="D8DEE4"/>
            </w:tcBorders>
            <w:shd w:val="clear" w:color="auto" w:fill="F3F5F7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6D95A671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İlişik Kesme Tarihi</w:t>
            </w:r>
          </w:p>
        </w:tc>
        <w:tc>
          <w:tcPr>
            <w:tcW w:w="7852" w:type="dxa"/>
            <w:gridSpan w:val="2"/>
            <w:tcBorders>
              <w:bottom w:val="single" w:sz="4" w:space="0" w:color="D8DEE4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211F2FFE" w14:textId="77777777" w:rsidR="006E6E20" w:rsidRDefault="00F374A8">
            <w:pPr>
              <w:spacing w:after="50" w:line="264" w:lineRule="auto"/>
            </w:pPr>
            <w:r>
              <w:rPr>
                <w:color w:val="8A929B"/>
              </w:rPr>
              <w:t>____ / ____ / 2026</w:t>
            </w:r>
          </w:p>
        </w:tc>
      </w:tr>
      <w:tr w:rsidR="006E6E20" w14:paraId="0E7E2FDC" w14:textId="77777777">
        <w:trPr>
          <w:gridBefore w:val="1"/>
          <w:wBefore w:w="15" w:type="dxa"/>
          <w:cantSplit/>
          <w:trHeight w:val="360"/>
          <w:jc w:val="center"/>
        </w:trPr>
        <w:tc>
          <w:tcPr>
            <w:tcW w:w="2353" w:type="dxa"/>
            <w:tcBorders>
              <w:bottom w:val="single" w:sz="4" w:space="0" w:color="D8DEE4"/>
            </w:tcBorders>
            <w:shd w:val="clear" w:color="auto" w:fill="F3F5F7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216A2B01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</w:rPr>
              <w:t>Kademesi</w:t>
            </w:r>
          </w:p>
        </w:tc>
        <w:tc>
          <w:tcPr>
            <w:tcW w:w="7852" w:type="dxa"/>
            <w:gridSpan w:val="2"/>
            <w:tcBorders>
              <w:bottom w:val="single" w:sz="4" w:space="0" w:color="D8DEE4"/>
            </w:tcBorders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010095C4" w14:textId="77777777" w:rsidR="006E6E20" w:rsidRDefault="00F374A8">
            <w:pPr>
              <w:spacing w:after="50" w:line="264" w:lineRule="auto"/>
            </w:pPr>
            <w:r>
              <w:t>☐</w:t>
            </w:r>
            <w:r>
              <w:t xml:space="preserve"> Tezsiz Yüksek Lisans    ☐ Tezli Yüksek Lisans    ☐ Doktora    ☐ Sanatta Yeterlik    </w:t>
            </w:r>
          </w:p>
        </w:tc>
      </w:tr>
    </w:tbl>
    <w:p w14:paraId="19FED27B" w14:textId="77777777" w:rsidR="006E6E20" w:rsidRDefault="006E6E20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6E6E20" w14:paraId="50F36FCE" w14:textId="77777777">
        <w:trPr>
          <w:cantSplit/>
          <w:trHeight w:val="360"/>
          <w:jc w:val="center"/>
        </w:trPr>
        <w:tc>
          <w:tcPr>
            <w:tcW w:w="10205" w:type="dxa"/>
            <w:gridSpan w:val="2"/>
            <w:tcBorders>
              <w:top w:val="single" w:sz="4" w:space="0" w:color="174A7E"/>
              <w:left w:val="single" w:sz="4" w:space="0" w:color="174A7E"/>
              <w:bottom w:val="single" w:sz="4" w:space="0" w:color="174A7E"/>
              <w:right w:val="single" w:sz="4" w:space="0" w:color="174A7E"/>
            </w:tcBorders>
            <w:shd w:val="clear" w:color="auto" w:fill="174A7E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FDD8991" w14:textId="77777777" w:rsidR="006E6E20" w:rsidRDefault="00F374A8">
            <w:pPr>
              <w:spacing w:before="20" w:after="20" w:line="264" w:lineRule="auto"/>
            </w:pPr>
            <w:r>
              <w:rPr>
                <w:b/>
                <w:color w:val="FFFFFF"/>
                <w:sz w:val="20"/>
              </w:rPr>
              <w:t>3  •  İLİŞİK KESİLME AŞAMASI VE NEDENİ</w:t>
            </w:r>
          </w:p>
        </w:tc>
      </w:tr>
      <w:tr w:rsidR="006E6E20" w14:paraId="5AAA59B0" w14:textId="77777777">
        <w:trPr>
          <w:cantSplit/>
          <w:trHeight w:val="360"/>
          <w:jc w:val="center"/>
        </w:trPr>
        <w:tc>
          <w:tcPr>
            <w:tcW w:w="5103" w:type="dxa"/>
            <w:tcBorders>
              <w:top w:val="single" w:sz="5" w:space="0" w:color="D8DEE4"/>
              <w:left w:val="single" w:sz="5" w:space="0" w:color="D8DEE4"/>
              <w:bottom w:val="single" w:sz="5" w:space="0" w:color="D8DEE4"/>
              <w:right w:val="single" w:sz="5" w:space="0" w:color="D8DEE4"/>
            </w:tcBorders>
            <w:shd w:val="clear" w:color="auto" w:fill="FFFFFF"/>
            <w:tcMar>
              <w:top w:w="80" w:type="dxa"/>
              <w:left w:w="100" w:type="dxa"/>
              <w:bottom w:w="65" w:type="dxa"/>
              <w:right w:w="100" w:type="dxa"/>
            </w:tcMar>
            <w:vAlign w:val="center"/>
          </w:tcPr>
          <w:p w14:paraId="124DC7ED" w14:textId="77777777" w:rsidR="006E6E20" w:rsidRDefault="00F374A8">
            <w:pPr>
              <w:spacing w:after="50" w:line="264" w:lineRule="auto"/>
            </w:pPr>
            <w:proofErr w:type="spellStart"/>
            <w:r>
              <w:rPr>
                <w:b/>
                <w:color w:val="174A7E"/>
                <w:sz w:val="20"/>
              </w:rPr>
              <w:t>İlişik</w:t>
            </w:r>
            <w:proofErr w:type="spellEnd"/>
            <w:r>
              <w:rPr>
                <w:b/>
                <w:color w:val="174A7E"/>
                <w:sz w:val="20"/>
              </w:rPr>
              <w:t xml:space="preserve"> </w:t>
            </w:r>
            <w:proofErr w:type="spellStart"/>
            <w:r>
              <w:rPr>
                <w:b/>
                <w:color w:val="174A7E"/>
                <w:sz w:val="20"/>
              </w:rPr>
              <w:t>Kesilme</w:t>
            </w:r>
            <w:proofErr w:type="spellEnd"/>
            <w:r>
              <w:rPr>
                <w:b/>
                <w:color w:val="174A7E"/>
                <w:sz w:val="20"/>
              </w:rPr>
              <w:t xml:space="preserve"> </w:t>
            </w:r>
            <w:proofErr w:type="spellStart"/>
            <w:r>
              <w:rPr>
                <w:b/>
                <w:color w:val="174A7E"/>
                <w:sz w:val="20"/>
              </w:rPr>
              <w:t>Aşaması</w:t>
            </w:r>
            <w:proofErr w:type="spellEnd"/>
          </w:p>
          <w:p w14:paraId="4CFB8472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Yabancı Dil Hazırlık Programı Sırasında</w:t>
            </w:r>
          </w:p>
          <w:p w14:paraId="6814EFD7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Bilimsel Hazırlık Eğitim Aşamasında</w:t>
            </w:r>
          </w:p>
          <w:p w14:paraId="0641F090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Kayıtlı Olunan </w:t>
            </w:r>
            <w:r>
              <w:rPr>
                <w:sz w:val="19"/>
              </w:rPr>
              <w:t>Programda Ders Aşamasında Okurken</w:t>
            </w:r>
          </w:p>
          <w:p w14:paraId="2AB6758B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Kayıtlı Olunan Programda Tez Aşamasında</w:t>
            </w:r>
          </w:p>
          <w:p w14:paraId="34C815EF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Kayıtlı Olunan Programda Proje Aşamasında</w:t>
            </w:r>
          </w:p>
          <w:p w14:paraId="7AFE53C1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Programa Yerleştirildiği Halde Kayıt Yaptırmama</w:t>
            </w:r>
          </w:p>
        </w:tc>
        <w:tc>
          <w:tcPr>
            <w:tcW w:w="5103" w:type="dxa"/>
            <w:tcBorders>
              <w:top w:val="single" w:sz="5" w:space="0" w:color="D8DEE4"/>
              <w:left w:val="single" w:sz="5" w:space="0" w:color="D8DEE4"/>
              <w:bottom w:val="single" w:sz="5" w:space="0" w:color="D8DEE4"/>
              <w:right w:val="single" w:sz="5" w:space="0" w:color="D8DEE4"/>
            </w:tcBorders>
            <w:shd w:val="clear" w:color="auto" w:fill="FFFFFF"/>
            <w:tcMar>
              <w:top w:w="80" w:type="dxa"/>
              <w:left w:w="100" w:type="dxa"/>
              <w:bottom w:w="65" w:type="dxa"/>
              <w:right w:w="100" w:type="dxa"/>
            </w:tcMar>
            <w:vAlign w:val="center"/>
          </w:tcPr>
          <w:p w14:paraId="09DFFC77" w14:textId="77777777" w:rsidR="006E6E20" w:rsidRDefault="00F374A8">
            <w:pPr>
              <w:spacing w:after="50" w:line="264" w:lineRule="auto"/>
            </w:pPr>
            <w:r>
              <w:rPr>
                <w:b/>
                <w:color w:val="174A7E"/>
                <w:sz w:val="20"/>
              </w:rPr>
              <w:t>İlişik Kesilme Nedeni</w:t>
            </w:r>
          </w:p>
          <w:p w14:paraId="70E523B0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Kendi İsteği</w:t>
            </w:r>
          </w:p>
          <w:p w14:paraId="21971B90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Bilimsel Hazırlık Başarısızlık</w:t>
            </w:r>
          </w:p>
          <w:p w14:paraId="3D092A45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Ders Aşamasını</w:t>
            </w:r>
            <w:r>
              <w:rPr>
                <w:sz w:val="19"/>
              </w:rPr>
              <w:t xml:space="preserve"> Tamamlamamak</w:t>
            </w:r>
          </w:p>
          <w:p w14:paraId="23A7736F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Tez öneri savunmadan başarısızlık</w:t>
            </w:r>
          </w:p>
          <w:p w14:paraId="6A041F0C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Yeterlik Sınavından Başarısızlık</w:t>
            </w:r>
          </w:p>
          <w:p w14:paraId="3B27F244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Tez İzleme Takip Toplantısına Katılmamak</w:t>
            </w:r>
          </w:p>
          <w:p w14:paraId="0685EB8E" w14:textId="77777777" w:rsidR="006E6E20" w:rsidRDefault="00F374A8">
            <w:pPr>
              <w:spacing w:after="50" w:line="264" w:lineRule="auto"/>
            </w:pPr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 Tezin/Projenin Reddedilmesi</w:t>
            </w:r>
          </w:p>
        </w:tc>
      </w:tr>
    </w:tbl>
    <w:p w14:paraId="543F8A21" w14:textId="77777777" w:rsidR="006E6E20" w:rsidRDefault="00F374A8">
      <w:pPr>
        <w:spacing w:before="100" w:after="60" w:line="269" w:lineRule="auto"/>
      </w:pPr>
      <w:r>
        <w:rPr>
          <w:b/>
          <w:color w:val="174A7E"/>
          <w:sz w:val="19"/>
        </w:rPr>
        <w:t>BEYAN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3"/>
        <w:gridCol w:w="5607"/>
        <w:gridCol w:w="10"/>
      </w:tblGrid>
      <w:tr w:rsidR="006E6E20" w14:paraId="1C8FECE7" w14:textId="77777777">
        <w:trPr>
          <w:gridAfter w:val="1"/>
          <w:wAfter w:w="10" w:type="dxa"/>
          <w:cantSplit/>
          <w:trHeight w:val="360"/>
          <w:jc w:val="center"/>
        </w:trPr>
        <w:tc>
          <w:tcPr>
            <w:tcW w:w="10710" w:type="dxa"/>
            <w:gridSpan w:val="2"/>
            <w:tcBorders>
              <w:top w:val="single" w:sz="5" w:space="0" w:color="9EBAD0"/>
              <w:left w:val="single" w:sz="5" w:space="0" w:color="9EBAD0"/>
              <w:bottom w:val="single" w:sz="5" w:space="0" w:color="9EBAD0"/>
              <w:right w:val="single" w:sz="5" w:space="0" w:color="9EBAD0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A301FC" w14:textId="77777777" w:rsidR="006E6E20" w:rsidRDefault="00F374A8">
            <w:pPr>
              <w:spacing w:after="50" w:line="264" w:lineRule="auto"/>
            </w:pPr>
            <w:r>
              <w:rPr>
                <w:b/>
                <w:sz w:val="19"/>
              </w:rPr>
              <w:t>Beyan ettiğim tüm bilgilerin doğruluğunu taahhüt ederim.</w:t>
            </w:r>
          </w:p>
        </w:tc>
      </w:tr>
      <w:tr w:rsidR="006E6E20" w14:paraId="602AD042" w14:textId="77777777">
        <w:trPr>
          <w:cantSplit/>
          <w:trHeight w:val="15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010EA" w14:textId="77777777" w:rsidR="006E6E20" w:rsidRDefault="00F374A8">
            <w:pPr>
              <w:spacing w:before="80" w:after="60" w:line="264" w:lineRule="auto"/>
            </w:pPr>
            <w:r>
              <w:rPr>
                <w:b/>
                <w:color w:val="174A7E"/>
              </w:rPr>
              <w:t>Tarih</w:t>
            </w:r>
            <w:r>
              <w:rPr>
                <w:sz w:val="19"/>
              </w:rPr>
              <w:t xml:space="preserve">   ____ / ____ / 2026</w:t>
            </w:r>
          </w:p>
          <w:p w14:paraId="4415C749" w14:textId="77777777" w:rsidR="006E6E20" w:rsidRDefault="006E6E20">
            <w:pPr>
              <w:spacing w:before="160" w:after="0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B130A" w14:textId="77777777" w:rsidR="006E6E20" w:rsidRDefault="00F374A8">
            <w:pPr>
              <w:spacing w:after="60" w:line="264" w:lineRule="auto"/>
              <w:jc w:val="center"/>
            </w:pPr>
            <w:proofErr w:type="spellStart"/>
            <w:r>
              <w:rPr>
                <w:b/>
                <w:color w:val="174A7E"/>
              </w:rPr>
              <w:t>Öğrencinin</w:t>
            </w:r>
            <w:proofErr w:type="spellEnd"/>
            <w:r>
              <w:rPr>
                <w:b/>
                <w:color w:val="174A7E"/>
              </w:rPr>
              <w:t xml:space="preserve"> </w:t>
            </w:r>
            <w:proofErr w:type="spellStart"/>
            <w:r>
              <w:rPr>
                <w:b/>
                <w:color w:val="174A7E"/>
              </w:rPr>
              <w:t>İmzası</w:t>
            </w:r>
            <w:proofErr w:type="spellEnd"/>
          </w:p>
          <w:p w14:paraId="74EA6B7F" w14:textId="6B6AFB99" w:rsidR="006E6E20" w:rsidRDefault="00F374A8" w:rsidP="00461AF8">
            <w:pPr>
              <w:spacing w:after="60" w:line="264" w:lineRule="auto"/>
              <w:jc w:val="center"/>
            </w:pPr>
            <w:r>
              <w:rPr>
                <w:sz w:val="19"/>
              </w:rPr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 w14:paraId="65846E2F" w14:textId="77777777" w:rsidR="00F374A8" w:rsidRDefault="00F374A8" w:rsidP="00461AF8"/>
    <w:sectPr w:rsidR="00F374A8" w:rsidSect="00034616">
      <w:headerReference w:type="default" r:id="rId8"/>
      <w:footerReference w:type="default" r:id="rId9"/>
      <w:pgSz w:w="12240" w:h="15840"/>
      <w:pgMar w:top="567" w:right="709" w:bottom="312" w:left="709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B4A7D" w14:textId="77777777" w:rsidR="00F374A8" w:rsidRDefault="00F374A8">
      <w:pPr>
        <w:spacing w:after="0" w:line="240" w:lineRule="auto"/>
      </w:pPr>
      <w:r>
        <w:separator/>
      </w:r>
    </w:p>
  </w:endnote>
  <w:endnote w:type="continuationSeparator" w:id="0">
    <w:p w14:paraId="04C086F5" w14:textId="77777777" w:rsidR="00F374A8" w:rsidRDefault="00F3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BE9E" w14:textId="77777777" w:rsidR="006E6E20" w:rsidRDefault="00F374A8">
    <w:pPr>
      <w:pStyle w:val="AltBilgi"/>
      <w:spacing w:before="40"/>
      <w:jc w:val="center"/>
    </w:pPr>
    <w:r>
      <w:rPr>
        <w:color w:val="707780"/>
        <w:sz w:val="15"/>
      </w:rPr>
      <w:t>Dokuz Eylül Üniversitesi • Fen Bilimleri Enstitüsü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E4206" w14:textId="77777777" w:rsidR="00F374A8" w:rsidRDefault="00F374A8">
      <w:pPr>
        <w:spacing w:after="0" w:line="240" w:lineRule="auto"/>
      </w:pPr>
      <w:r>
        <w:separator/>
      </w:r>
    </w:p>
  </w:footnote>
  <w:footnote w:type="continuationSeparator" w:id="0">
    <w:p w14:paraId="2E10C941" w14:textId="77777777" w:rsidR="00F374A8" w:rsidRDefault="00F37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791B" w14:textId="77777777" w:rsidR="006E6E20" w:rsidRDefault="00F374A8">
    <w:pPr>
      <w:pStyle w:val="stBilgi"/>
      <w:spacing w:after="40"/>
      <w:jc w:val="center"/>
    </w:pPr>
    <w:r>
      <w:rPr>
        <w:noProof/>
      </w:rPr>
      <w:drawing>
        <wp:inline distT="0" distB="0" distL="0" distR="0" wp14:anchorId="1A744C36" wp14:editId="68E04847">
          <wp:extent cx="5295900" cy="6225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716" cy="634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1AF8"/>
    <w:rsid w:val="006E6E20"/>
    <w:rsid w:val="00AA1D8D"/>
    <w:rsid w:val="00B16FFA"/>
    <w:rsid w:val="00B47730"/>
    <w:rsid w:val="00CB0664"/>
    <w:rsid w:val="00F374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830F0"/>
  <w14:defaultImageDpi w14:val="300"/>
  <w15:docId w15:val="{5413779D-17C2-4107-9391-A7F34240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color w:val="20252B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7592 Sayılı Kanun – Lisansüstü Başvuru Formu</dc:title>
  <dc:subject>Dokuz Eylül Üniversitesi Fen Bilimleri Enstitüsü</dc:subject>
  <dc:creator>Dokuz Eylül Üniversitesi Fen Bilimleri Enstitüsü</dc:creator>
  <cp:keywords/>
  <dc:description>generated by python-docx</dc:description>
  <cp:lastModifiedBy>İbrahim Arpalıyiğit</cp:lastModifiedBy>
  <cp:revision>2</cp:revision>
  <dcterms:created xsi:type="dcterms:W3CDTF">2026-08-26T13:13:00Z</dcterms:created>
  <dcterms:modified xsi:type="dcterms:W3CDTF">2026-08-26T13:13:00Z</dcterms:modified>
  <cp:category/>
</cp:coreProperties>
</file>